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Country-Wise Shipping Integration</w:t>
      </w:r>
    </w:p>
    <w:p>
      <w:r>
        <w:t>Functional documentation for admin shipping configuration, dynamic country selection, checkout calculations, free shipping, order management, and notifications.</w:t>
      </w:r>
    </w:p>
    <w:p>
      <w:pPr>
        <w:pStyle w:val="Heading1"/>
      </w:pPr>
      <w:r>
        <w:t>1. Overview</w:t>
      </w:r>
    </w:p>
    <w:p>
      <w:r>
        <w:t>The Country-Wise Shipping feature allows the admin to configure shipping settings separately for each country.</w:t>
      </w:r>
    </w:p>
    <w:p>
      <w:r>
        <w:t>These configurations are integrated with the customer-facing Cart and Checkout pages. Shipping information should automatically change based on the country selected by the customer.</w:t>
      </w:r>
    </w:p>
    <w:p>
      <w:r>
        <w:t>For example, selecting the USA displays USA shipping details; selecting India displays India shipping details; selecting another country displays the settings configured for that country.</w:t>
      </w:r>
    </w:p>
    <w:p>
      <w:r>
        <w:t>The system should calculate shipping charges and free shipping eligibility using the selected country's configuration.</w:t>
      </w:r>
    </w:p>
    <w:p>
      <w:pPr>
        <w:pStyle w:val="Heading1"/>
      </w:pPr>
      <w:r>
        <w:t>2. Admin Dashboard – Shipping Configuration</w:t>
      </w:r>
    </w:p>
    <w:p>
      <w:r>
        <w:t>The admin can manage country-specific shipping settings.</w:t>
      </w:r>
    </w:p>
    <w:p>
      <w:r>
        <w:t>Main functionalities:</w:t>
      </w:r>
    </w:p>
    <w:p>
      <w:r>
        <w:t>• Add and manage countries.</w:t>
      </w:r>
    </w:p>
    <w:p>
      <w:r>
        <w:t>• Configure shipping settings for each country.</w:t>
      </w:r>
    </w:p>
    <w:p>
      <w:r>
        <w:t>• Set shipping charges.</w:t>
      </w:r>
    </w:p>
    <w:p>
      <w:r>
        <w:t>• Configure free shipping rules.</w:t>
      </w:r>
    </w:p>
    <w:p>
      <w:r>
        <w:t>• Configure the appropriate currency for each country.</w:t>
      </w:r>
    </w:p>
    <w:p>
      <w:r>
        <w:t>• Update or modify existing shipping configurations.</w:t>
      </w:r>
    </w:p>
    <w:p>
      <w:pPr>
        <w:pStyle w:val="Heading1"/>
      </w:pPr>
      <w:r>
        <w:t>3. Customer Checkout – Dynamic Country Selection</w:t>
      </w:r>
    </w:p>
    <w:p>
      <w:r>
        <w:t>The checkout page must display shipping information dynamically based on the customer's selected delivery country.</w:t>
      </w:r>
    </w:p>
    <w:p>
      <w:r>
        <w:t>USA selection:</w:t>
      </w:r>
    </w:p>
    <w:p>
      <w:r>
        <w:t>• Display USA shipping methods and charges.</w:t>
      </w:r>
    </w:p>
    <w:p>
      <w:r>
        <w:t>• Display the applicable currency.</w:t>
      </w:r>
    </w:p>
    <w:p>
      <w:r>
        <w:t>• Check USA free shipping eligibility.</w:t>
      </w:r>
    </w:p>
    <w:p>
      <w:r>
        <w:t>• Calculate the final order total using USA shipping settings.</w:t>
      </w:r>
    </w:p>
    <w:p>
      <w:r>
        <w:t>India selection:</w:t>
      </w:r>
    </w:p>
    <w:p>
      <w:r>
        <w:t>• Display India shipping methods and charges.</w:t>
      </w:r>
    </w:p>
    <w:p>
      <w:r>
        <w:t>• Display INR currency.</w:t>
      </w:r>
    </w:p>
    <w:p>
      <w:r>
        <w:t>• Check India free shipping eligibility.</w:t>
      </w:r>
    </w:p>
    <w:p>
      <w:r>
        <w:t>• Calculate the final order total using India shipping settings.</w:t>
      </w:r>
    </w:p>
    <w:p>
      <w:r>
        <w:t>Important rule: The checkout page must not display the same shipping information for every country. It must use the shipping configuration associated with the selected country.</w:t>
      </w:r>
    </w:p>
    <w:p>
      <w:pPr>
        <w:pStyle w:val="Heading1"/>
      </w:pPr>
      <w:r>
        <w:t>4. Cart Page Integration</w:t>
      </w:r>
    </w:p>
    <w:p>
      <w:r>
        <w:t>The cart page should reflect the shipping information that will be used during checkout.</w:t>
      </w:r>
    </w:p>
    <w:p>
      <w:r>
        <w:t>• Display applicable shipping charges.</w:t>
      </w:r>
    </w:p>
    <w:p>
      <w:r>
        <w:t>• Use the appropriate country currency.</w:t>
      </w:r>
    </w:p>
    <w:p>
      <w:r>
        <w:t>• Help customers understand the delivery charge before placing an order.</w:t>
      </w:r>
    </w:p>
    <w:p>
      <w:pPr>
        <w:pStyle w:val="Heading1"/>
      </w:pPr>
      <w:r>
        <w:t>5. Free Shipping Calculation</w:t>
      </w:r>
    </w:p>
    <w:p>
      <w:r>
        <w:t>Free shipping eligibility must be determined using the selected country's configured shipping rules.</w:t>
      </w:r>
    </w:p>
    <w:p>
      <w:r>
        <w:t>• Customer selects India → Apply India's free shipping rules.</w:t>
      </w:r>
    </w:p>
    <w:p>
      <w:r>
        <w:t>• Customer selects USA → Apply USA's free shipping rules.</w:t>
      </w:r>
    </w:p>
    <w:p>
      <w:r>
        <w:t>If the customer meets the configured conditions, shipping charges should become zero. Otherwise, display the applicable shipping charge.</w:t>
      </w:r>
    </w:p>
    <w:p>
      <w:pPr>
        <w:pStyle w:val="Heading1"/>
      </w:pPr>
      <w:r>
        <w:t>6. Order Management Integration</w:t>
      </w:r>
    </w:p>
    <w:p>
      <w:r>
        <w:t>Shipping information must be included when creating orders.</w:t>
      </w:r>
    </w:p>
    <w:p>
      <w:r>
        <w:t>This applies to supported customer-created and staff-created orders. The saved order should contain the relevant shipping information for further processing.</w:t>
      </w:r>
    </w:p>
    <w:p>
      <w:pPr>
        <w:pStyle w:val="Heading1"/>
      </w:pPr>
      <w:r>
        <w:t>7. Admin Orders and Notifications</w:t>
      </w:r>
    </w:p>
    <w:p>
      <w:r>
        <w:t>Shipping details should be available in:</w:t>
      </w:r>
    </w:p>
    <w:p>
      <w:r>
        <w:t>• Admin order view.</w:t>
      </w:r>
    </w:p>
    <w:p>
      <w:r>
        <w:t>• Shipping finance panel.</w:t>
      </w:r>
    </w:p>
    <w:p>
      <w:r>
        <w:t>• Admin order notification emails.</w:t>
      </w:r>
    </w:p>
    <w:p>
      <w:r>
        <w:t>• Customer payment confirmation emails.</w:t>
      </w:r>
    </w:p>
    <w:p>
      <w:r>
        <w:t>This ensures that both customers and administrators can review the shipping information associated with an order.</w:t>
      </w:r>
    </w:p>
    <w:p>
      <w:pPr>
        <w:pStyle w:val="Heading1"/>
      </w:pPr>
      <w:r>
        <w:t>8. Complete Workflow</w:t>
      </w:r>
    </w:p>
    <w:p>
      <w:r>
        <w:t>1. Admin configures country-wise shipping settings.</w:t>
      </w:r>
    </w:p>
    <w:p>
      <w:r>
        <w:t>2. Customer adds products to the cart.</w:t>
      </w:r>
    </w:p>
    <w:p>
      <w:r>
        <w:t>3. Customer opens the checkout page.</w:t>
      </w:r>
    </w:p>
    <w:p>
      <w:r>
        <w:t>4. Customer selects a delivery country.</w:t>
      </w:r>
    </w:p>
    <w:p>
      <w:r>
        <w:t>5. System retrieves the shipping configuration for that country.</w:t>
      </w:r>
    </w:p>
    <w:p>
      <w:r>
        <w:t>6. Checkout displays the corresponding shipping methods, charges and currency.</w:t>
      </w:r>
    </w:p>
    <w:p>
      <w:r>
        <w:t>7. System checks free shipping eligibility.</w:t>
      </w:r>
    </w:p>
    <w:p>
      <w:r>
        <w:t>8. Customer reviews the final order amount.</w:t>
      </w:r>
    </w:p>
    <w:p>
      <w:r>
        <w:t>9. Customer places the order.</w:t>
      </w:r>
    </w:p>
    <w:p>
      <w:r>
        <w:t>10. Shipping information is saved with the order.</w:t>
      </w:r>
    </w:p>
    <w:p>
      <w:r>
        <w:t>11. Admin reviews shipping details in order management and finance sections.</w:t>
      </w:r>
    </w:p>
    <w:p>
      <w:r>
        <w:t>12. Relevant shipping information is included in email notifications.</w:t>
      </w:r>
    </w:p>
    <w:p>
      <w:pPr>
        <w:pStyle w:val="Heading1"/>
      </w:pPr>
      <w:r>
        <w:t>9. Expected Result</w:t>
      </w:r>
    </w:p>
    <w:p>
      <w:r>
        <w:t>The country-wise shipping system should provide a consistent experience across the application.</w:t>
      </w:r>
    </w:p>
    <w:p>
      <w:r>
        <w:t>• Admin manages shipping settings centrally.</w:t>
      </w:r>
    </w:p>
    <w:p>
      <w:r>
        <w:t>• Customers see country-specific shipping information.</w:t>
      </w:r>
    </w:p>
    <w:p>
      <w:r>
        <w:t>• Shipping charges and currencies are displayed correctly.</w:t>
      </w:r>
    </w:p>
    <w:p>
      <w:r>
        <w:t>• Free shipping is calculated using country-specific rules.</w:t>
      </w:r>
    </w:p>
    <w:p>
      <w:r>
        <w:t>• Cart and checkout display consistent shipping information.</w:t>
      </w:r>
    </w:p>
    <w:p>
      <w:r>
        <w:t>• Orders retain the correct shipping details.</w:t>
      </w:r>
    </w:p>
    <w:p>
      <w:r>
        <w:t>• Admin pages and email notifications show the relevant shipping information.</w:t>
      </w:r>
    </w:p>
    <w:p>
      <w:pPr>
        <w:pStyle w:val="Heading1"/>
      </w:pPr>
      <w:r>
        <w:t>10. Important Implementation Notes</w:t>
      </w:r>
    </w:p>
    <w:p>
      <w:r>
        <w:t>• Do not hardcode country-specific shipping charges in the frontend.</w:t>
      </w:r>
    </w:p>
    <w:p>
      <w:r>
        <w:t>• Retrieve shipping configurations from the backend.</w:t>
      </w:r>
    </w:p>
    <w:p>
      <w:r>
        <w:t>• Update shipping information whenever the selected delivery country changes.</w:t>
      </w:r>
    </w:p>
    <w:p>
      <w:r>
        <w:t>• Recalculate shipping charges when relevant checkout details change.</w:t>
      </w:r>
    </w:p>
    <w:p>
      <w:r>
        <w:t>• Ensure the final shipping amount is validated by the backend during order creation.</w:t>
      </w:r>
    </w:p>
    <w:p>
      <w:r>
        <w:t>• Maintain consistency between cart, checkout, saved orders and notifications.</w:t>
      </w:r>
    </w:p>
    <w:p>
      <w:r>
        <w:rPr>
          <w:b/>
        </w:rPr>
        <w:t xml:space="preserve">Final Requirement: </w:t>
      </w:r>
      <w:r>
        <w:t>The selected delivery country must control which shipping methods, shipping charges, currency and free shipping rules are displayed and applied throughout the customer checkout process.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